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64C4E"/>
          <w:sz w:val="48"/>
        </w:rPr>
        <w:t>ZOLTÁN HORVÁTH</w:t>
      </w:r>
    </w:p>
    <w:p>
      <w:pPr>
        <w:pStyle w:val="Compact"/>
        <w:spacing w:after="60" w:line="247" w:lineRule="auto"/>
      </w:pPr>
      <w:r>
        <w:t xml:space="preserve">Göd, Hungary  |  +36 70 508 4100  |  </w:t>
      </w:r>
      <w:hyperlink r:id="rId9">
        <w:r>
          <w:rPr>
            <w:color w:val="1F5F61"/>
          </w:rPr>
          <w:t>zolika42@gmail.com</w:t>
        </w:r>
      </w:hyperlink>
      <w:r>
        <w:t xml:space="preserve">  |  </w:t>
      </w:r>
      <w:hyperlink r:id="rId10">
        <w:r>
          <w:rPr>
            <w:color w:val="1F5F61"/>
          </w:rPr>
          <w:t>linkedin.com/in/sunnygambino</w:t>
        </w:r>
      </w:hyperlink>
      <w:r>
        <w:t xml:space="preserve">  |  </w:t>
      </w:r>
      <w:hyperlink r:id="rId11">
        <w:r>
          <w:rPr>
            <w:color w:val="1F5F61"/>
          </w:rPr>
          <w:t>github.com/zolika42</w:t>
        </w:r>
      </w:hyperlink>
    </w:p>
    <w:p>
      <w:pPr>
        <w:spacing w:after="120"/>
      </w:pPr>
      <w:r>
        <w:rPr>
          <w:rFonts w:ascii="Arial" w:hAnsi="Arial"/>
          <w:b/>
          <w:color w:val="181818"/>
          <w:sz w:val="24"/>
        </w:rPr>
        <w:t>Senior Full-Stack Developer | Technical Lead | Cybersecurity &amp; Infrastructure</w:t>
      </w:r>
    </w:p>
    <w:p>
      <w:pPr>
        <w:pStyle w:val="CVSection"/>
        <w:pBdr>
          <w:bottom w:val="single" w:sz="6" w:space="3" w:color="B9CCCC"/>
        </w:pBdr>
        <w:keepNext/>
        <w:keepLines/>
      </w:pPr>
      <w:r>
        <w:rPr>
          <w:b/>
        </w:rPr>
        <w:t>PROFESSIONAL SUMMARY</w:t>
      </w:r>
    </w:p>
    <w:p>
      <w:pPr>
        <w:pStyle w:val="BodyText"/>
      </w:pPr>
      <w:r>
        <w:t>Senior full-stack developer and technical lead with 15+ years modernizing legacy platforms from architecture through production. Deep Drupal/PHP expertise complemented by React/TypeScript, Vue, Node.js, Python/FastAPI, PostgreSQL, Docker and cloud infrastructure. Currently Senior Drupal Developer at Tata Consultancy Services Hungary, developing and upgrading Europ Assistance Drupal 10 platforms toward Drupal 11 while owning day-to-day support and governed production releases through CR/CAB processes. Recent work also includes NIS2 cybersecurity governance and executive decision support at Valeo, plus end-to-end modernization of Columbia Games' commerce, WordPress, server and email platforms.</w:t>
      </w:r>
    </w:p>
    <w:p>
      <w:pPr>
        <w:pStyle w:val="CVSection"/>
        <w:pBdr>
          <w:bottom w:val="single" w:sz="6" w:space="3" w:color="B9CCCC"/>
        </w:pBdr>
        <w:keepNext/>
        <w:keepLines/>
      </w:pPr>
      <w:r>
        <w:rPr>
          <w:b/>
        </w:rPr>
        <w:t>CORE COMPETENCIES</w:t>
      </w:r>
    </w:p>
    <w:p>
      <w:pPr>
        <w:pStyle w:val="Compact"/>
      </w:pPr>
      <w:r>
        <w:rPr>
          <w:b/>
        </w:rPr>
        <w:t xml:space="preserve">Engineering: </w:t>
      </w:r>
      <w:r>
        <w:t>Drupal 5-11, PHP 5.6-8.4, React, TypeScript, Vue, Laravel, Node.js, Python, FastAPI</w:t>
      </w:r>
    </w:p>
    <w:p>
      <w:pPr>
        <w:pStyle w:val="Compact"/>
      </w:pPr>
      <w:r>
        <w:rPr>
          <w:b/>
        </w:rPr>
        <w:t xml:space="preserve">Data &amp; Integration: </w:t>
      </w:r>
      <w:r>
        <w:t>PostgreSQL, MySQL, CiviCRM, Solr, Elasticsearch, REST/OpenAPI, PayPal, Jira, ClickUp, Zapier</w:t>
      </w:r>
    </w:p>
    <w:p>
      <w:pPr>
        <w:pStyle w:val="Compact"/>
      </w:pPr>
      <w:r>
        <w:rPr>
          <w:b/>
        </w:rPr>
        <w:t>Cloud &amp; Platform:</w:t>
      </w:r>
      <w:r>
        <w:t xml:space="preserve"> Linux, DigitalOcean, AWS, Docker/Docker Compose, Nginx, Apache, GitHub Actions CI/CD, PR-based release workflows, Let's Encrypt</w:t>
      </w:r>
    </w:p>
    <w:p>
      <w:pPr>
        <w:pStyle w:val="Compact"/>
      </w:pPr>
      <w:r>
        <w:t>Quality &amp; Delivery: Make-based quality gates, smoke/regression testing, documentation coverage, TypeScript/Vite build gates, PageSpeed/Lighthouse, Change Requests (CR), Change Advisory Board (CAB), production deployment governance, release and rollback automation</w:t>
      </w:r>
    </w:p>
    <w:p>
      <w:pPr>
        <w:pStyle w:val="Compact"/>
      </w:pPr>
      <w:r>
        <w:rPr>
          <w:b/>
        </w:rPr>
        <w:t xml:space="preserve">Cybersecurity: </w:t>
      </w:r>
      <w:r>
        <w:t>NIS2, CRA, TISAX/ENX, ISO 27001-style controls, SIEM/Splunk, SOC/CIRT, Qualys, Trellix, Cortex, supplier security</w:t>
      </w:r>
    </w:p>
    <w:p>
      <w:pPr>
        <w:pStyle w:val="CVSection"/>
        <w:pBdr>
          <w:bottom w:val="single" w:sz="6" w:space="3" w:color="B9CCCC"/>
        </w:pBdr>
        <w:keepNext/>
        <w:keepLines/>
      </w:pPr>
      <w:r>
        <w:rPr>
          <w:b/>
        </w:rPr>
        <w:t>PROFESSIONAL EXPERIENCE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Tata Consultancy Services (TCS) Hungary</w:t>
      </w:r>
      <w:r>
        <w:tab/>
      </w:r>
      <w:r>
        <w:rPr>
          <w:b/>
        </w:rPr>
        <w:t>11/2025 - Present</w:t>
      </w:r>
    </w:p>
    <w:p>
      <w:pPr>
        <w:pStyle w:val="CompanyNote"/>
      </w:pPr>
      <w:r>
        <w:t>Enterprise Drupal modernization, support and release governance for Europ Assistance travel-assistance platforms.</w:t>
      </w:r>
    </w:p>
    <w:p>
      <w:pPr>
        <w:pStyle w:val="Role"/>
      </w:pPr>
      <w:r>
        <w:rPr>
          <w:b/>
        </w:rPr>
        <w:t>Senior Drupal Developer</w:t>
      </w:r>
      <w:r>
        <w:rPr>
          <w:i/>
        </w:rPr>
        <w:t xml:space="preserve"> | Full-time | Budapest, Hungary</w:t>
      </w:r>
    </w:p>
    <w:p>
      <w:pPr>
        <w:pStyle w:val="CVBullet"/>
      </w:pPr>
      <w:r>
        <w:t>- Develop and maintain Europ Assistance customer-facing Drupal 10 platforms, including Ocean Journeys and Explora Journeys; modernize inherited code and prepare/execute upgrades toward Drupal 11.</w:t>
      </w:r>
    </w:p>
    <w:p>
      <w:pPr>
        <w:pStyle w:val="CVBullet"/>
      </w:pPr>
      <w:r>
        <w:t>- Own production change governance: prepare Change Requests (CRs), document scope/risk/validation and rollback plans, present changes at Change Advisory Board (CAB) meetings, coordinate approvals and lead production deployments.</w:t>
      </w:r>
    </w:p>
    <w:p>
      <w:pPr>
        <w:pStyle w:val="CVBullet"/>
      </w:pPr>
      <w:r>
        <w:t>- Combine hands-on development with daily application support, production issue resolution, stakeholder communication, task prioritization and basic project coordination.</w:t>
      </w:r>
    </w:p>
    <w:p>
      <w:pPr>
        <w:pStyle w:val="TechLine"/>
      </w:pPr>
      <w:r>
        <w:rPr>
          <w:b/>
        </w:rPr>
        <w:t xml:space="preserve">Tech: </w:t>
      </w:r>
      <w:r>
        <w:t>Drupal 10-11, PHP, legacy modernization, application support, Change Requests (CR), Change Advisory Board (CAB), production deployment, release governance, stakeholder coordination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Columbia Games</w:t>
      </w:r>
      <w:r>
        <w:tab/>
      </w:r>
      <w:r>
        <w:rPr>
          <w:b/>
        </w:rPr>
        <w:t>01/2011 - Present</w:t>
      </w:r>
    </w:p>
    <w:p>
      <w:pPr>
        <w:pStyle w:val="CompanyNote"/>
        <w:keepNext/>
        <w:keepLines/>
      </w:pPr>
      <w:r>
        <w:t>Long-term technology partner to the veteran tabletop game publisher behind HârnWorld and the block wargame genre.</w:t>
      </w:r>
    </w:p>
    <w:p>
      <w:pPr>
        <w:pStyle w:val="Role"/>
        <w:keepNext/>
        <w:keepLines/>
      </w:pPr>
      <w:r>
        <w:rPr>
          <w:b/>
        </w:rPr>
        <w:t>Technical Lead / Senior Full-Stack &amp; Infrastructure Engineer</w:t>
      </w:r>
      <w:r>
        <w:rPr>
          <w:i/>
        </w:rPr>
        <w:t xml:space="preserve"> | Freelancer | Remote - North America</w:t>
      </w:r>
    </w:p>
    <w:p>
      <w:pPr>
        <w:pStyle w:val="CVBullet"/>
      </w:pPr>
      <w:r>
        <w:t>- Own end-to-end modernization across e-commerce, web, infrastructure, security, data and production operations.</w:t>
      </w:r>
    </w:p>
    <w:p>
      <w:pPr>
        <w:pStyle w:val="CVBullet"/>
      </w:pPr>
      <w:r>
        <w:t>- Architected CCM v2: a native PHP API with React/TypeScript/Vite storefront and administration, backed by PostgreSQL while preserving compatibility with two legacy production databases.</w:t>
      </w:r>
    </w:p>
    <w:p>
      <w:pPr>
        <w:pStyle w:val="CVBullet"/>
      </w:pPr>
      <w:r>
        <w:t>- Delivered catalog, cart and checkout flows; tax/shipping/discount/game-dollar rules; PayPal payments; digital entitlements and downloads; PDF stamping; password recovery; admin exports; and audit/log tooling.</w:t>
      </w:r>
    </w:p>
    <w:p>
      <w:pPr>
        <w:pStyle w:val="CVBullet"/>
      </w:pPr>
      <w:r>
        <w:t>- Established quality management and release gates through Make: documentation/PHPDoc/TSDoc coverage, API smoke-route coverage, backend/frontend style checks, generated API-client validation, TypeScript/Vite production builds, PayPal/full smoke tests and local/UAT/production environment-policy checks.</w:t>
      </w:r>
    </w:p>
    <w:p>
      <w:pPr>
        <w:pStyle w:val="CVBullet"/>
      </w:pPr>
      <w:r>
        <w:t>- Run PR-gated GitHub Actions delivery: changes are reviewed through pull requests, CI checks must pass before production merge, deploys run over SSH with post-deploy smoke tests and automated revert on failure; Docker Compose services can be rebuilt and force-recreated repeatably on the server.</w:t>
      </w:r>
    </w:p>
    <w:p>
      <w:pPr>
        <w:pStyle w:val="CVBullet"/>
      </w:pPr>
      <w:r>
        <w:t>- Modernized and hardened the WordPress estate: core/plugins, caching, cron, configuration cleanup, redirects, SEO/static assets and security controls, while keeping the legacy content platform stable alongside CCM v2.</w:t>
      </w:r>
    </w:p>
    <w:p>
      <w:pPr>
        <w:pStyle w:val="CVBullet"/>
      </w:pPr>
      <w:r>
        <w:t>- Tuned CCM v2 performance and responsive media delivery to stable Google PageSpeed scores of 97 mobile / 99 desktop with Core Web Vitals passing.</w:t>
      </w:r>
    </w:p>
    <w:p>
      <w:pPr>
        <w:pStyle w:val="CVBullet"/>
      </w:pPr>
      <w:r>
        <w:t>- Built and operate DigitalOcean Ubuntu infrastructure with Docker Compose, Nginx, TLS/Let's Encrypt, hardened virtual hosts, XML-RPC blocking, backups, patching and controlled SFTP access.</w:t>
      </w:r>
    </w:p>
    <w:p>
      <w:pPr>
        <w:pStyle w:val="CVBullet"/>
      </w:pPr>
      <w:r>
        <w:t>- Reworked email routing and deliverability with ForwardEmail, SPF and DMARC troubleshooting; reconciled legacy databases and migrated approximately 32,000 passwords to modern hashing without user-facing interruption.</w:t>
      </w:r>
    </w:p>
    <w:p>
      <w:pPr>
        <w:pStyle w:val="TechLine"/>
      </w:pPr>
      <w:r>
        <w:t>Tech: PHP, React, TypeScript, Vite, PostgreSQL, WordPress, Docker Compose, Nginx, Linux, PayPal, OpenAPI, Make, GitHub Actions CI/CD, PR workflows, smoke/regression testing, PageSpeed/Lighthouse, DigitalOcean, ForwardEmail</w:t>
      </w:r>
    </w:p>
    <w:p>
      <w:pPr>
        <w:spacing w:after="0" w:before="0" w:line="62" w:lineRule="exact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Valeo</w:t>
      </w:r>
      <w:r>
        <w:tab/>
      </w:r>
      <w:r>
        <w:rPr>
          <w:b/>
        </w:rPr>
        <w:t>01/2026 - 07/2026</w:t>
      </w:r>
    </w:p>
    <w:p>
      <w:pPr>
        <w:pStyle w:val="CompanyNote"/>
        <w:keepNext/>
        <w:keepLines/>
      </w:pPr>
      <w:r>
        <w:t>Global automotive supplier; project focused on cybersecurity governance, audit evidence, remediation readiness and management reporting across the Veszprém operation.</w:t>
      </w:r>
    </w:p>
    <w:p>
      <w:pPr>
        <w:pStyle w:val="Role"/>
        <w:keepNext/>
        <w:keepLines/>
      </w:pPr>
      <w:r>
        <w:rPr>
          <w:b/>
        </w:rPr>
        <w:t>Cybersecurity Governance &amp; NIS2 Audit-Readiness Project</w:t>
      </w:r>
      <w:r>
        <w:rPr>
          <w:i/>
        </w:rPr>
        <w:t xml:space="preserve"> | Contractor | Veszprém, Hungary</w:t>
      </w:r>
    </w:p>
    <w:p>
      <w:pPr>
        <w:pStyle w:val="CVBullet"/>
      </w:pPr>
      <w:r>
        <w:t>- Supported CISO-level cybersecurity governance and audit closeout across IT infrastructure and logistics controls, turning interviews, policies and operational records into traceable evidence and remediation actions.</w:t>
      </w:r>
    </w:p>
    <w:p>
      <w:pPr>
        <w:pStyle w:val="CVBullet"/>
      </w:pPr>
      <w:r>
        <w:t>- Worked across NIS2, CRA and TISAX/ENX themes including governance, risk/KPI oversight, supplier security, access lifecycle, business continuity and site-level accountability.</w:t>
      </w:r>
    </w:p>
    <w:p>
      <w:pPr>
        <w:pStyle w:val="CVBullet"/>
      </w:pPr>
      <w:r>
        <w:t>- Assessed technical evidence for SIEM/Splunk, SOC/CIRT/XDR investigations, Trellix, Qualys, Cortex, infrastructure inventory, change management, SIRA, removable media and secure device erasure.</w:t>
      </w:r>
    </w:p>
    <w:p>
      <w:pPr>
        <w:pStyle w:val="CVBullet"/>
      </w:pPr>
      <w:r>
        <w:t>- Reviewed third-party controls including contractualization, audit rights, confidentiality, subcontractor approval and security self-assessments aligned with ISO 27001-style expectations.</w:t>
      </w:r>
    </w:p>
    <w:p>
      <w:pPr>
        <w:pStyle w:val="CVBullet"/>
      </w:pPr>
      <w:r>
        <w:t>- Built strong multinational operating discipline through continuous, transparent status reporting: keeping evidence, risks, remediation actions, owners, deadlines and open gaps visible and traceable throughout the engagement.</w:t>
      </w:r>
    </w:p>
    <w:p>
      <w:pPr>
        <w:pStyle w:val="CVBullet"/>
      </w:pPr>
      <w:r>
        <w:t>- Prepared management and C-level status reports, KPI/risk summaries and decision-oriented updates, translating detailed audit findings into concise executive communication for stakeholders and governance reviews.</w:t>
      </w:r>
    </w:p>
    <w:p>
      <w:pPr>
        <w:pStyle w:val="CVBullet"/>
      </w:pPr>
      <w:r>
        <w:t>- Prepared management decision-support during disputed Alverad audit assessments: consolidated findings, Valeo evidence and counterarguments, separated technical/evidence issues from contractual and legal questions, and identified when legal counsel was required before deciding which responses, challenges or escalations were permissible toward the auditor.</w:t>
      </w:r>
    </w:p>
    <w:p>
      <w:pPr>
        <w:pStyle w:val="TechLine"/>
      </w:pPr>
      <w:r>
        <w:rPr>
          <w:b/>
        </w:rPr>
        <w:t xml:space="preserve">Tech: </w:t>
      </w:r>
      <w:r>
        <w:rPr/>
        <w:t>NIS2, CRA, TISAX/ENX, SIEM/Splunk, SOC/CIRT, Trellix, Qualys, Cortex, supplier security, audit evidence, remediation governance, executive reporting, KPI/risk reporting, stakeholder communication, management decision support, legal-escalation coordination</w:t>
      </w:r>
    </w:p>
    <w:p>
      <w:pPr>
        <w:spacing w:after="0" w:before="0" w:line="62" w:lineRule="exact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ACEG BV</w:t>
      </w:r>
      <w:r>
        <w:tab/>
      </w:r>
      <w:r>
        <w:rPr>
          <w:b/>
        </w:rPr>
        <w:t>01/2024 - 01/2025</w:t>
      </w:r>
    </w:p>
    <w:p>
      <w:pPr>
        <w:pStyle w:val="CompanyNote"/>
        <w:keepNext/>
        <w:keepLines/>
      </w:pPr>
      <w:r>
        <w:t>Independent Belgian technical inspection and compliance organization.</w:t>
      </w:r>
    </w:p>
    <w:p>
      <w:pPr>
        <w:pStyle w:val="Role"/>
        <w:keepNext/>
        <w:keepLines/>
      </w:pPr>
      <w:r>
        <w:rPr>
          <w:b/>
        </w:rPr>
        <w:t>Senior Developer</w:t>
      </w:r>
      <w:r>
        <w:rPr>
          <w:i/>
        </w:rPr>
        <w:t xml:space="preserve"> | Contractor | Brussels, Belgium</w:t>
      </w:r>
    </w:p>
    <w:p>
      <w:pPr>
        <w:pStyle w:val="CVBullet"/>
      </w:pPr>
      <w:r>
        <w:t>- Built a Laravel + Vue ServiceDesk portal integrating ClickUp and Jira, with real-time order management and Zapier-based workflow automation.</w:t>
      </w:r>
    </w:p>
    <w:p>
      <w:pPr>
        <w:pStyle w:val="TechLine"/>
      </w:pPr>
      <w:r>
        <w:rPr>
          <w:b/>
        </w:rPr>
        <w:t xml:space="preserve">Tech: </w:t>
      </w:r>
      <w:r>
        <w:t>Laravel, Vue.js, Jira, ClickUp, Zapier, API integration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Exadel</w:t>
      </w:r>
      <w:r>
        <w:tab/>
      </w:r>
      <w:r>
        <w:rPr>
          <w:b/>
        </w:rPr>
        <w:t>01/2022 - 01/2025</w:t>
      </w:r>
    </w:p>
    <w:p>
      <w:pPr>
        <w:pStyle w:val="CompanyNote"/>
        <w:keepNext/>
        <w:keepLines/>
      </w:pPr>
      <w:r>
        <w:t>Global enterprise software engineering and technology consulting company.</w:t>
      </w:r>
    </w:p>
    <w:p>
      <w:pPr>
        <w:pStyle w:val="Role"/>
        <w:keepNext/>
        <w:keepLines/>
      </w:pPr>
      <w:r>
        <w:rPr>
          <w:b/>
        </w:rPr>
        <w:t>Senior Drupal Developer</w:t>
      </w:r>
      <w:r>
        <w:rPr>
          <w:i/>
        </w:rPr>
        <w:t xml:space="preserve"> | Full-time | Budapest, Hungary</w:t>
      </w:r>
    </w:p>
    <w:p>
      <w:pPr>
        <w:pStyle w:val="CVBullet"/>
      </w:pPr>
      <w:r>
        <w:t>- Led Drupal 9 to 10 migration and Drupal 11 readiness for insurance-sector client CCCIS; delivered enterprise modules and conducted senior PHP technical interviews.</w:t>
      </w:r>
    </w:p>
    <w:p>
      <w:pPr>
        <w:pStyle w:val="TechLine"/>
      </w:pPr>
      <w:r>
        <w:rPr>
          <w:b/>
        </w:rPr>
        <w:t xml:space="preserve">Tech: </w:t>
      </w:r>
      <w:r>
        <w:t>Drupal 9-11, PHP, enterprise CMS, migration, technical interviewing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Kinepolis Group NV</w:t>
      </w:r>
      <w:r>
        <w:tab/>
      </w:r>
      <w:r>
        <w:rPr>
          <w:b/>
        </w:rPr>
        <w:t>01/2022 - 01/2025</w:t>
      </w:r>
    </w:p>
    <w:p>
      <w:pPr>
        <w:pStyle w:val="CompanyNote"/>
        <w:keepNext/>
        <w:keepLines/>
      </w:pPr>
      <w:r>
        <w:t>International cinema and entertainment group operating across Europe and North America.</w:t>
      </w:r>
    </w:p>
    <w:p>
      <w:pPr>
        <w:pStyle w:val="Role"/>
        <w:keepNext/>
        <w:keepLines/>
      </w:pPr>
      <w:r>
        <w:rPr>
          <w:b/>
        </w:rPr>
        <w:t>Senior Developer</w:t>
      </w:r>
      <w:r>
        <w:rPr>
          <w:i/>
        </w:rPr>
        <w:t xml:space="preserve"> | Contractor | Gent, Belgium</w:t>
      </w:r>
    </w:p>
    <w:p>
      <w:pPr>
        <w:pStyle w:val="CVBullet"/>
      </w:pPr>
      <w:r>
        <w:t>- Modernized the main web platform using an API-first approach, integrating 20+ authentication, payment and ticketing services while maintaining Drupal 7 interoperability.</w:t>
      </w:r>
    </w:p>
    <w:p>
      <w:pPr>
        <w:pStyle w:val="TechLine"/>
      </w:pPr>
      <w:r>
        <w:rPr>
          <w:b/>
        </w:rPr>
        <w:t xml:space="preserve">Tech: </w:t>
      </w:r>
      <w:r>
        <w:t>Drupal, PHP, REST APIs, authentication, payments, ticketing, system integration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TechSoup Global</w:t>
      </w:r>
      <w:r>
        <w:tab/>
      </w:r>
      <w:r>
        <w:rPr>
          <w:b/>
        </w:rPr>
        <w:t>01/2020 - 01/2023</w:t>
      </w:r>
    </w:p>
    <w:p>
      <w:pPr>
        <w:pStyle w:val="CompanyNote"/>
        <w:keepNext/>
        <w:keepLines/>
      </w:pPr>
      <w:r>
        <w:t>International nonprofit technology network supporting civil society organizations worldwide.</w:t>
      </w:r>
    </w:p>
    <w:p>
      <w:pPr>
        <w:pStyle w:val="Role"/>
        <w:keepNext/>
        <w:keepLines/>
      </w:pPr>
      <w:r>
        <w:rPr>
          <w:b/>
        </w:rPr>
        <w:t>Senior Drupal Developer</w:t>
      </w:r>
      <w:r>
        <w:rPr>
          <w:i/>
        </w:rPr>
        <w:t xml:space="preserve"> | Contractor | Warsaw, Poland</w:t>
      </w:r>
    </w:p>
    <w:p>
      <w:pPr>
        <w:pStyle w:val="CVBullet"/>
      </w:pPr>
      <w:r>
        <w:t>- Unified multiple legacy Drupal platforms, built CiviCRM functionality and optimized Apache Solr indexing/search for more than 10 million content records.</w:t>
      </w:r>
    </w:p>
    <w:p>
      <w:pPr>
        <w:pStyle w:val="TechLine"/>
      </w:pPr>
      <w:r>
        <w:rPr>
          <w:b/>
        </w:rPr>
        <w:t xml:space="preserve">Tech: </w:t>
      </w:r>
      <w:r>
        <w:t>Drupal 7, PHP, CiviCRM, Apache Solr, large-scale indexing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BREAD Creative</w:t>
      </w:r>
      <w:r>
        <w:tab/>
      </w:r>
      <w:r>
        <w:rPr>
          <w:b/>
        </w:rPr>
        <w:t>09/2015 - 09/2021</w:t>
      </w:r>
    </w:p>
    <w:p>
      <w:pPr>
        <w:pStyle w:val="CompanyNote"/>
        <w:keepNext/>
        <w:keepLines/>
      </w:pPr>
      <w:r>
        <w:t>London digital product agency delivering web and mobile solutions for enterprise clients.</w:t>
      </w:r>
    </w:p>
    <w:p>
      <w:pPr>
        <w:pStyle w:val="Role"/>
        <w:keepNext/>
        <w:keepLines/>
      </w:pPr>
      <w:r>
        <w:rPr>
          <w:b/>
        </w:rPr>
        <w:t>Senior Team Lead / Lead PHP Developer</w:t>
      </w:r>
      <w:r>
        <w:rPr>
          <w:i/>
        </w:rPr>
        <w:t xml:space="preserve"> | Contractor &amp; Full-time | London, United Kingdom</w:t>
      </w:r>
    </w:p>
    <w:p>
      <w:pPr>
        <w:pStyle w:val="CVBullet"/>
      </w:pPr>
      <w:r>
        <w:t>- Delivered the ENGIE Communicator employee application as a headless Drupal 8 + React Native solution, including SSO and scalable AWS architecture.</w:t>
      </w:r>
    </w:p>
    <w:p>
      <w:pPr>
        <w:pStyle w:val="CVBullet"/>
      </w:pPr>
      <w:r>
        <w:t>- Owned the core Drupal platform, custom modules, cron jobs, permissions and supporting CentOS/Debian Linux servers; built a Chrome extension as a thin client for presentation delivery.</w:t>
      </w:r>
    </w:p>
    <w:p>
      <w:pPr>
        <w:pStyle w:val="CVBullet"/>
      </w:pPr>
      <w:r>
        <w:t>- Migrated major functionality from Drupal 6 to Drupal 7, integrated Node.js applications and refactored code to reduce server load.</w:t>
      </w:r>
    </w:p>
    <w:p>
      <w:pPr>
        <w:pStyle w:val="CVBullet"/>
      </w:pPr>
      <w:r>
        <w:t>- Improved AWS architecture using RDS, Elastic Beanstalk, load balancing and auto scaling.</w:t>
      </w:r>
    </w:p>
    <w:p>
      <w:pPr>
        <w:pStyle w:val="TechLine"/>
      </w:pPr>
      <w:r>
        <w:rPr>
          <w:b/>
        </w:rPr>
        <w:t xml:space="preserve">Tech: </w:t>
      </w:r>
      <w:r>
        <w:t>Drupal 6-8, PHP, React Native, Node.js, SSO, AWS, RDS, Elastic Beanstalk, Linux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nuaxia</w:t>
      </w:r>
      <w:r>
        <w:tab/>
      </w:r>
      <w:r>
        <w:rPr>
          <w:b/>
        </w:rPr>
        <w:t>01/2020 - 03/2020</w:t>
      </w:r>
    </w:p>
    <w:p>
      <w:pPr>
        <w:pStyle w:val="CompanyNote"/>
        <w:keepNext/>
        <w:keepLines/>
      </w:pPr>
      <w:r>
        <w:t>Healthcare information technology and market research platform.</w:t>
      </w:r>
    </w:p>
    <w:p>
      <w:pPr>
        <w:pStyle w:val="Role"/>
        <w:keepNext/>
        <w:keepLines/>
      </w:pPr>
      <w:r>
        <w:rPr>
          <w:b/>
        </w:rPr>
        <w:t>Product Development Manager / Scrum Master</w:t>
      </w:r>
      <w:r>
        <w:rPr>
          <w:i/>
        </w:rPr>
        <w:t xml:space="preserve"> | Contractor | London, United Kingdom</w:t>
      </w:r>
    </w:p>
    <w:p>
      <w:pPr>
        <w:pStyle w:val="CVBullet"/>
      </w:pPr>
      <w:r>
        <w:t>- Set up and led a five-person Scrum team, established Jira/Confluence workflows and delivered C-level reporting to management and stakeholders.</w:t>
      </w:r>
    </w:p>
    <w:p>
      <w:pPr>
        <w:pStyle w:val="TechLine"/>
      </w:pPr>
      <w:r>
        <w:rPr>
          <w:b/>
        </w:rPr>
        <w:t xml:space="preserve">Tech: </w:t>
      </w:r>
      <w:r>
        <w:t>Scrum, Jira, Confluence, stakeholder reporting</w:t>
      </w:r>
    </w:p>
    <w:p>
      <w:pPr>
        <w:spacing w:after="0" w:before="0" w:line="62" w:lineRule="exact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Haymarket Automotive</w:t>
      </w:r>
      <w:r>
        <w:tab/>
      </w:r>
      <w:r>
        <w:rPr>
          <w:b/>
        </w:rPr>
        <w:t>09/2019 - 01/2020</w:t>
      </w:r>
    </w:p>
    <w:p>
      <w:pPr>
        <w:pStyle w:val="CompanyNote"/>
        <w:keepNext/>
        <w:keepLines/>
      </w:pPr>
      <w:r>
        <w:t>Automotive media portfolio including Autocar and Classic &amp; Sports Car.</w:t>
      </w:r>
    </w:p>
    <w:p>
      <w:pPr>
        <w:pStyle w:val="Role"/>
        <w:keepNext/>
        <w:keepLines/>
      </w:pPr>
      <w:r>
        <w:rPr>
          <w:b/>
        </w:rPr>
        <w:t>Senior Drupal Developer</w:t>
      </w:r>
      <w:r>
        <w:rPr>
          <w:i/>
        </w:rPr>
        <w:t xml:space="preserve"> | Contractor | Remote - UK</w:t>
      </w:r>
    </w:p>
    <w:p>
      <w:pPr>
        <w:pStyle w:val="CVBullet"/>
      </w:pPr>
      <w:r>
        <w:t>- Developed and maintained multiple high-traffic Drupal sites including autocar.co.uk and classicandsportscar.com within a six-person Scrum/Kanban team.</w:t>
      </w:r>
    </w:p>
    <w:p>
      <w:pPr>
        <w:pStyle w:val="TechLine"/>
      </w:pPr>
      <w:r>
        <w:rPr>
          <w:b/>
        </w:rPr>
        <w:t xml:space="preserve">Tech: </w:t>
      </w:r>
      <w:r>
        <w:t>Drupal, PHP, Scrum, Kanban</w:t>
      </w:r>
    </w:p>
    <w:p>
      <w:pPr>
        <w:spacing w:after="0" w:before="0" w:line="62" w:lineRule="exact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European Commission - DIGIT</w:t>
      </w:r>
      <w:r>
        <w:tab/>
      </w:r>
      <w:r>
        <w:rPr>
          <w:b/>
        </w:rPr>
        <w:t>01/2019 - 09/2019</w:t>
      </w:r>
    </w:p>
    <w:p>
      <w:pPr>
        <w:pStyle w:val="CompanyNote"/>
        <w:keepNext/>
        <w:keepLines/>
      </w:pPr>
      <w:r>
        <w:t>European Commission directorate responsible for enterprise digital services and IT.</w:t>
      </w:r>
    </w:p>
    <w:p>
      <w:pPr>
        <w:pStyle w:val="Role"/>
        <w:keepNext/>
        <w:keepLines/>
      </w:pPr>
      <w:r>
        <w:rPr>
          <w:b/>
        </w:rPr>
        <w:t>Senior Drupal Developer</w:t>
      </w:r>
      <w:r>
        <w:rPr>
          <w:i/>
        </w:rPr>
        <w:t xml:space="preserve"> | Contractor | Brussels, Belgium</w:t>
      </w:r>
    </w:p>
    <w:p>
      <w:pPr>
        <w:pStyle w:val="CVBullet"/>
      </w:pPr>
      <w:r>
        <w:t>- Contributed as a senior Drupal developer to EU-scale enterprise web platforms in a multinational public-sector environment.</w:t>
      </w:r>
    </w:p>
    <w:p>
      <w:pPr>
        <w:pStyle w:val="TechLine"/>
      </w:pPr>
      <w:r>
        <w:rPr>
          <w:b/>
        </w:rPr>
        <w:t xml:space="preserve">Tech: </w:t>
      </w:r>
      <w:r>
        <w:t>Drupal, PHP, enterprise web platforms</w:t>
      </w:r>
    </w:p>
    <w:p>
      <w:pPr>
        <w:spacing w:after="0" w:before="0" w:line="62" w:lineRule="exact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Web24 LTD.</w:t>
      </w:r>
      <w:r>
        <w:tab/>
      </w:r>
      <w:r>
        <w:rPr>
          <w:b/>
        </w:rPr>
        <w:t>04/2015 - 08/2015</w:t>
      </w:r>
    </w:p>
    <w:p>
      <w:pPr>
        <w:pStyle w:val="CompanyNote"/>
        <w:keepNext/>
        <w:keepLines/>
      </w:pPr>
      <w:r>
        <w:t>Digital agency delivering custom web and e-commerce solutions.</w:t>
      </w:r>
    </w:p>
    <w:p>
      <w:pPr>
        <w:pStyle w:val="Role"/>
        <w:keepNext/>
        <w:keepLines/>
      </w:pPr>
      <w:r>
        <w:rPr>
          <w:b/>
        </w:rPr>
        <w:t>Senior PHP Developer</w:t>
      </w:r>
      <w:r>
        <w:rPr>
          <w:i/>
        </w:rPr>
        <w:t xml:space="preserve"> | Contractor | West Sussex, UK</w:t>
      </w:r>
    </w:p>
    <w:p>
      <w:pPr>
        <w:pStyle w:val="CVBullet"/>
      </w:pPr>
      <w:r>
        <w:t>- Developed webshops and web applications for German and Swiss clients, including Finyoapp (Zend Framework 1.12) and Toperotix (PrestaShop).</w:t>
      </w:r>
    </w:p>
    <w:p>
      <w:pPr>
        <w:pStyle w:val="TechLine"/>
      </w:pPr>
      <w:r>
        <w:rPr>
          <w:b/>
        </w:rPr>
        <w:t xml:space="preserve">Tech: </w:t>
      </w:r>
      <w:r>
        <w:t>PHP, Zend Framework 1.12, PrestaShop, e-commerce</w:t>
      </w:r>
    </w:p>
    <w:p>
      <w:pPr>
        <w:spacing w:after="0" w:before="0" w:line="62" w:lineRule="exact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Vodafone Hungary</w:t>
      </w:r>
      <w:r>
        <w:tab/>
      </w:r>
      <w:r>
        <w:rPr>
          <w:b/>
        </w:rPr>
        <w:t>01/2015 - 04/2015</w:t>
      </w:r>
    </w:p>
    <w:p>
      <w:pPr>
        <w:pStyle w:val="CompanyNote"/>
        <w:keepNext/>
        <w:keepLines/>
      </w:pPr>
      <w:r>
        <w:t>Telecommunications provider; engagement delivered through IdM Solutions Kft.</w:t>
      </w:r>
    </w:p>
    <w:p>
      <w:pPr>
        <w:pStyle w:val="Role"/>
        <w:keepNext/>
        <w:keepLines/>
      </w:pPr>
      <w:r>
        <w:rPr>
          <w:b/>
        </w:rPr>
        <w:t>PHP Developer</w:t>
      </w:r>
      <w:r>
        <w:rPr>
          <w:i/>
        </w:rPr>
        <w:t xml:space="preserve"> | Contractor | Hungary</w:t>
      </w:r>
    </w:p>
    <w:p>
      <w:pPr>
        <w:pStyle w:val="CVBullet"/>
      </w:pPr>
      <w:r>
        <w:t>- Developed a business vulnerability-management portal using PHP and PostgreSQL as part of a seven-person team; source control used SVN.</w:t>
      </w:r>
    </w:p>
    <w:p>
      <w:pPr>
        <w:pStyle w:val="TechLine"/>
      </w:pPr>
      <w:r>
        <w:rPr>
          <w:b/>
        </w:rPr>
        <w:t xml:space="preserve">Tech: </w:t>
      </w:r>
      <w:r>
        <w:t>PHP, PostgreSQL, vulnerability management, SVN</w:t>
      </w:r>
    </w:p>
    <w:p>
      <w:pPr>
        <w:spacing w:after="0" w:before="0" w:line="62" w:lineRule="exact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Kockanarancs Kft.</w:t>
      </w:r>
      <w:r>
        <w:tab/>
      </w:r>
      <w:r>
        <w:rPr>
          <w:b/>
        </w:rPr>
        <w:t>10/2011 - 03/2013</w:t>
      </w:r>
    </w:p>
    <w:p>
      <w:pPr>
        <w:pStyle w:val="CompanyNote"/>
        <w:keepNext/>
        <w:keepLines/>
      </w:pPr>
      <w:r>
        <w:t>Hungarian business services company.</w:t>
      </w:r>
    </w:p>
    <w:p>
      <w:pPr>
        <w:pStyle w:val="Role"/>
        <w:keepNext/>
        <w:keepLines/>
      </w:pPr>
      <w:r>
        <w:rPr>
          <w:b/>
        </w:rPr>
        <w:t>Lead PHP Developer</w:t>
      </w:r>
      <w:r>
        <w:rPr>
          <w:i/>
        </w:rPr>
        <w:t xml:space="preserve"> | Full-time | Hungary</w:t>
      </w:r>
    </w:p>
    <w:p>
      <w:pPr>
        <w:pStyle w:val="CVBullet"/>
      </w:pPr>
      <w:r>
        <w:t>- Designed and built a reusable CRM and billing platform used by approximately 18 companies, including customer, billing, newsletter and leave-management modules.</w:t>
      </w:r>
    </w:p>
    <w:p>
      <w:pPr>
        <w:pStyle w:val="TechLine"/>
      </w:pPr>
      <w:r>
        <w:rPr>
          <w:b/>
        </w:rPr>
        <w:t xml:space="preserve">Tech: </w:t>
      </w:r>
      <w:r>
        <w:t>PHP, JavaScript, AJAX, Apache, caching, permissions</w:t>
      </w:r>
    </w:p>
    <w:p>
      <w:pPr>
        <w:spacing w:after="0" w:before="0" w:line="62" w:lineRule="exact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SolusMedia Kft.</w:t>
      </w:r>
      <w:r>
        <w:tab/>
      </w:r>
      <w:r>
        <w:rPr>
          <w:b/>
        </w:rPr>
        <w:t>07/2010 - 01/2012</w:t>
      </w:r>
    </w:p>
    <w:p>
      <w:pPr>
        <w:pStyle w:val="CompanyNote"/>
        <w:keepNext/>
        <w:keepLines/>
      </w:pPr>
      <w:r>
        <w:t>Hungarian digital media startup.</w:t>
      </w:r>
    </w:p>
    <w:p>
      <w:pPr>
        <w:pStyle w:val="Role"/>
        <w:keepNext/>
        <w:keepLines/>
      </w:pPr>
      <w:r>
        <w:rPr>
          <w:b/>
        </w:rPr>
        <w:t>Junior PHP Developer / Sitebuilder</w:t>
      </w:r>
      <w:r>
        <w:rPr>
          <w:i/>
        </w:rPr>
        <w:t xml:space="preserve"> | Full-time | Hungary</w:t>
      </w:r>
    </w:p>
    <w:p>
      <w:pPr>
        <w:pStyle w:val="CVBullet"/>
      </w:pPr>
      <w:r>
        <w:t>- Built the site layer for a social platform, developed XMPP chat with Strophe.js/Jabber and created a statistics system using Ruby and CouchDB.</w:t>
      </w:r>
    </w:p>
    <w:p>
      <w:pPr>
        <w:pStyle w:val="TechLine"/>
      </w:pPr>
      <w:r>
        <w:rPr>
          <w:b/>
        </w:rPr>
        <w:t xml:space="preserve">Tech: </w:t>
      </w:r>
      <w:r>
        <w:t>PHP, JavaScript, XMPP, Strophe.js, Jabber, Ruby, CouchDB</w:t>
      </w:r>
    </w:p>
    <w:p>
      <w:pPr>
        <w:spacing w:after="0" w:before="0" w:line="62" w:lineRule="exact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bDone Kft.</w:t>
      </w:r>
      <w:r>
        <w:tab/>
      </w:r>
      <w:r>
        <w:rPr>
          <w:b/>
        </w:rPr>
        <w:t>03/2010 - 07/2010</w:t>
      </w:r>
    </w:p>
    <w:p>
      <w:pPr>
        <w:pStyle w:val="CompanyNote"/>
        <w:keepNext/>
        <w:keepLines/>
      </w:pPr>
      <w:r>
        <w:t>Hungarian digital agency and software development company.</w:t>
      </w:r>
    </w:p>
    <w:p>
      <w:pPr>
        <w:pStyle w:val="Role"/>
        <w:keepNext/>
        <w:keepLines/>
      </w:pPr>
      <w:r>
        <w:rPr>
          <w:b/>
        </w:rPr>
        <w:t>Junior Drupal Developer / Sitebuilder</w:t>
      </w:r>
      <w:r>
        <w:rPr>
          <w:i/>
        </w:rPr>
        <w:t xml:space="preserve"> | Full-time | Hungary</w:t>
      </w:r>
    </w:p>
    <w:p>
      <w:pPr>
        <w:pStyle w:val="CVBullet"/>
      </w:pPr>
      <w:r>
        <w:t>- Started professional IT career building Drupal microsites and front-end layouts, including CSS2/CSS3 and legacy IE6 compatibility work.</w:t>
      </w:r>
    </w:p>
    <w:p>
      <w:pPr>
        <w:pStyle w:val="TechLine"/>
      </w:pPr>
      <w:r>
        <w:rPr>
          <w:b/>
        </w:rPr>
        <w:t xml:space="preserve">Tech: </w:t>
      </w:r>
      <w:r>
        <w:t>Drupal, PHP, CSS2, CSS3, legacy browser compatibility</w:t>
      </w:r>
    </w:p>
    <w:p>
      <w:pPr>
        <w:spacing w:after="0" w:before="0" w:line="62" w:lineRule="exact"/>
      </w:pPr>
    </w:p>
    <w:p>
      <w:pPr>
        <w:pStyle w:val="CVSection"/>
        <w:pBdr>
          <w:bottom w:val="single" w:sz="6" w:space="3" w:color="B9CCCC"/>
        </w:pBdr>
        <w:keepNext/>
        <w:keepLines/>
      </w:pPr>
      <w:r>
        <w:rPr>
          <w:b/>
        </w:rPr>
        <w:t>SELECTED TECHNICAL PROJECTS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beyond2</w:t>
      </w:r>
      <w:r>
        <w:tab/>
      </w:r>
      <w:r>
        <w:rPr>
          <w:b/>
        </w:rPr>
        <w:t>01/2026 - Present</w:t>
      </w:r>
    </w:p>
    <w:p>
      <w:pPr>
        <w:pStyle w:val="Role"/>
        <w:keepNext/>
        <w:keepLines/>
      </w:pPr>
      <w:r>
        <w:rPr>
          <w:b/>
        </w:rPr>
        <w:t>High-performance multilingual static platform</w:t>
      </w:r>
      <w:r>
        <w:t xml:space="preserve"> | </w:t>
      </w:r>
      <w:hyperlink r:id="rId12">
        <w:r>
          <w:rPr>
            <w:color w:val="1F5F61"/>
          </w:rPr>
          <w:t>github.com/zolika42/beyond2</w:t>
        </w:r>
      </w:hyperlink>
    </w:p>
    <w:p>
      <w:pPr>
        <w:pStyle w:val="TechLine"/>
      </w:pPr>
      <w:r>
        <w:rPr>
          <w:b/>
        </w:rPr>
        <w:t xml:space="preserve">Tech: </w:t>
      </w:r>
      <w:r>
        <w:t>Node.js, HTML/CSS/JavaScript, i18n, SEO/OpenGraph, Apache, Git hooks, CLI generators</w:t>
      </w:r>
    </w:p>
    <w:p>
      <w:pPr>
        <w:pStyle w:val="BodyText"/>
      </w:pPr>
      <w:r>
        <w:t>CMS-free static build system with translation and metadata injection, missing-key analysis, page/blog generators, branch-based auto-deploy and approximately 100 PageSpeed targets.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Gödi Sittes</w:t>
      </w:r>
      <w:r>
        <w:tab/>
      </w:r>
      <w:r>
        <w:rPr>
          <w:b/>
        </w:rPr>
        <w:t>01/2026 - Present</w:t>
      </w:r>
    </w:p>
    <w:p>
      <w:pPr>
        <w:pStyle w:val="Role"/>
        <w:keepNext/>
        <w:keepLines/>
      </w:pPr>
      <w:r>
        <w:rPr>
          <w:b/>
        </w:rPr>
        <w:t>SEO-first lead-generation platform</w:t>
      </w:r>
      <w:r>
        <w:t xml:space="preserve"> | </w:t>
      </w:r>
      <w:hyperlink r:id="rId13">
        <w:r>
          <w:rPr>
            <w:color w:val="1F5F61"/>
          </w:rPr>
          <w:t>github.com/zolika42/godisittes</w:t>
        </w:r>
      </w:hyperlink>
    </w:p>
    <w:p>
      <w:pPr>
        <w:pStyle w:val="TechLine"/>
        <w:keepNext/>
      </w:pPr>
      <w:r>
        <w:t>Tech: Node.js, JSDOM, HTML/CSS/JavaScript, Terser, CleanCSS, Puppeteer QA, multilingual i18n, Apache, canonical/hreflang, sitemap/robots, Lighthouse/PageSpeed</w:t>
      </w:r>
    </w:p>
    <w:p>
      <w:pPr>
        <w:pStyle w:val="BodyText"/>
        <w:keepNext/>
      </w:pPr>
      <w:r>
        <w:t>Designed a distinctive comic-inspired, non-template visual identity and CMS-free multilingual static platform with automated translation/metadata injection, canonical/hreflang handling, sitemap/robots generation, security headers and branch-friendly deployment.</w:t>
      </w:r>
    </w:p>
    <w:p>
      <w:pPr>
        <w:pStyle w:val="BodyText"/>
      </w:pPr>
      <w:r>
        <w:t>Quality workflow combines Terser/CleanCSS minification, automated missing/unused translation-key checks, Puppeteer browser QA and responsive/SEO/accessibility audits. Verified optimization reached 96 mobile / 98 desktop Google PageSpeed, while detailed Lighthouse audits achieved 100 for Best Practices and SEO.</w:t>
      </w: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Gödi Sittes CRM</w:t>
      </w:r>
      <w:r>
        <w:tab/>
      </w:r>
      <w:r>
        <w:rPr>
          <w:b/>
        </w:rPr>
        <w:t>07/2026 - Present</w:t>
      </w:r>
    </w:p>
    <w:p>
      <w:pPr>
        <w:pStyle w:val="Role"/>
        <w:keepNext/>
        <w:keepLines/>
      </w:pPr>
      <w:r>
        <w:rPr>
          <w:b/>
        </w:rPr>
        <w:t>PWA-enabled operations and lead-management mini CRM</w:t>
      </w:r>
      <w:r>
        <w:t xml:space="preserve"> | </w:t>
      </w:r>
      <w:hyperlink r:id="rId15">
        <w:r>
          <w:rPr>
            <w:color w:val="1F5F61"/>
          </w:rPr>
          <w:t>github.com/zolika42/godisittes-crm</w:t>
        </w:r>
      </w:hyperlink>
    </w:p>
    <w:p>
      <w:pPr>
        <w:pStyle w:val="TechLine"/>
      </w:pPr>
      <w:r>
        <w:rPr>
          <w:b/>
        </w:rPr>
        <w:t xml:space="preserve">Tech: </w:t>
      </w:r>
      <w:r>
        <w:t>Node.js 20, Express, PostgreSQL 16, Docker Compose, Google OAuth 2.0, Google Calendar API, PWA, IndexedDB, Helmet/CORS, GitHub Actions, Apache</w:t>
      </w:r>
    </w:p>
    <w:p>
      <w:pPr>
        <w:pStyle w:val="BodyText"/>
      </w:pPr>
      <w:r>
        <w:t>Built a closed, allow-listed Google-authenticated CRM for lead intake, callbacks, job scheduling, notes/tasks, reporting and idempotent Google Calendar synchronization, with PWA/offline caching and queued mutations.</w:t>
      </w:r>
    </w:p>
    <w:p>
      <w:pPr>
        <w:pStyle w:val="BodyText"/>
      </w:pPr>
      <w:r>
        <w:t>Quality and release workflow includes Make-based syntax/docs/style checks, generated documentation, Docker Compose validation/build in GitHub Actions, production SSH deployment behind Apache/Let's Encrypt and HTTP/API smoke tests.</w:t>
      </w:r>
    </w:p>
    <w:p>
      <w:pPr>
        <w:spacing w:line="60" w:lineRule="exact" w:after="0" w:before="0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The Last Spike Online</w:t>
      </w:r>
      <w:r>
        <w:tab/>
      </w:r>
      <w:r>
        <w:rPr>
          <w:b/>
        </w:rPr>
        <w:t>07/2026 - Present</w:t>
      </w:r>
    </w:p>
    <w:p>
      <w:pPr>
        <w:pStyle w:val="Role"/>
        <w:keepNext/>
        <w:keepLines/>
      </w:pPr>
      <w:r>
        <w:rPr>
          <w:b/>
        </w:rPr>
        <w:t>Production multiplayer board-game adaptation for Columbia Games</w:t>
      </w:r>
      <w:r>
        <w:t xml:space="preserve"> | </w:t>
      </w:r>
      <w:hyperlink r:id="rId16">
        <w:r>
          <w:rPr>
            <w:color w:val="1F5F61"/>
          </w:rPr>
          <w:t>lastspike.columbiagames.com</w:t>
        </w:r>
      </w:hyperlink>
      <w:r>
        <w:t xml:space="preserve"> | </w:t>
      </w:r>
      <w:hyperlink r:id="rId17">
        <w:r>
          <w:rPr>
            <w:color w:val="1F5F61"/>
          </w:rPr>
          <w:t>github.com/zolika42/last-spike</w:t>
        </w:r>
      </w:hyperlink>
    </w:p>
    <w:p>
      <w:pPr>
        <w:pStyle w:val="TechLine"/>
      </w:pPr>
      <w:r>
        <w:rPr>
          <w:b/>
        </w:rPr>
        <w:t xml:space="preserve">Tech: </w:t>
      </w:r>
      <w:r>
        <w:t>React 19, TypeScript 5.9, Vite 8/Vinext, Vitest, Node.js, WebSockets/ws, PWA, Capacitor 7, PDF.js, Docker Compose, Nginx, GitHub Actions, DigitalOcean</w:t>
      </w:r>
    </w:p>
    <w:p>
      <w:pPr>
        <w:pStyle w:val="BodyText"/>
      </w:pPr>
      <w:r>
        <w:t>Built a mobile-first digital adaptation around a deterministic, UI-independent game engine with 2-6 local/AI players, automatic saves, official rule/economy data, and USA/Canada/Hungary editions localized in English, Hungarian, German and French with 12 downloadable rulebooks.</w:t>
      </w:r>
    </w:p>
    <w:p>
      <w:pPr>
        <w:pStyle w:val="BodyText"/>
      </w:pPr>
      <w:r>
        <w:t>Implemented authoritative private-room WebSocket multiplayer with hidden-hand filtering, persisted rooms, exponential reconnection and seat recovery; the installable PWA and Capacitor foundation support a shared web/iOS/Android architecture.</w:t>
      </w:r>
    </w:p>
    <w:p>
      <w:pPr>
        <w:pStyle w:val="BodyText"/>
      </w:pPr>
      <w:r>
        <w:t>Quality and delivery use TypeScript/Vitest regression tests (a verified release passed 21/21 rule tests plus 45 simulated games), Make-based environment/docs/quality/smoke gates, Dockerized app/docs/multiplayer services, and GitHub Actions deployment to DigitalOcean/Nginx/Let's Encrypt with HTTP, PWA, docs and WebSocket smoke checks.</w:t>
      </w:r>
    </w:p>
    <w:p>
      <w:pPr>
        <w:spacing w:line="60" w:lineRule="exact" w:after="0" w:before="0"/>
      </w:pPr>
    </w:p>
    <w:p>
      <w:pPr>
        <w:spacing w:line="60" w:lineRule="exact" w:after="0"/>
      </w:pPr>
    </w:p>
    <w:p>
      <w:pPr>
        <w:pStyle w:val="Company"/>
        <w:tabs>
          <w:tab w:pos="9432" w:val="right"/>
        </w:tabs>
        <w:keepNext/>
        <w:keepLines/>
      </w:pPr>
      <w:r>
        <w:rPr>
          <w:b/>
        </w:rPr>
        <w:t>HerculesBet</w:t>
      </w:r>
      <w:r>
        <w:tab/>
      </w:r>
      <w:r>
        <w:rPr>
          <w:b/>
        </w:rPr>
        <w:t>03/2025 - Present</w:t>
      </w:r>
    </w:p>
    <w:p>
      <w:pPr>
        <w:pStyle w:val="Role"/>
        <w:keepNext/>
        <w:keepLines/>
      </w:pPr>
      <w:r>
        <w:rPr>
          <w:b/>
        </w:rPr>
        <w:t>Sports Betting Value Engine</w:t>
      </w:r>
      <w:r>
        <w:t xml:space="preserve"> | </w:t>
      </w:r>
      <w:hyperlink r:id="rId14">
        <w:r>
          <w:rPr>
            <w:color w:val="1F5F61"/>
          </w:rPr>
          <w:t>github.com/zolika42/herculesBet</w:t>
        </w:r>
      </w:hyperlink>
    </w:p>
    <w:p>
      <w:pPr>
        <w:pStyle w:val="TechLine"/>
      </w:pPr>
      <w:r>
        <w:rPr>
          <w:b/>
        </w:rPr>
        <w:t xml:space="preserve">Tech: </w:t>
      </w:r>
      <w:r>
        <w:t>Python, FastAPI, PostgreSQL, Docker Compose, The Odds API, ELO, Poisson/Dixon-Coles, Kelly, CLV</w:t>
      </w:r>
    </w:p>
    <w:p>
      <w:pPr>
        <w:pStyle w:val="BodyText"/>
      </w:pPr>
      <w:r>
        <w:t>End-to-end fixture and odds ingestion with historical snapshots, probability modeling, value/edge detection, fractional Kelly staking, CLV tracking and REST API delivery.</w:t>
      </w:r>
    </w:p>
    <w:p>
      <w:pPr>
        <w:spacing w:line="60" w:lineRule="exact" w:after="0"/>
      </w:pPr>
    </w:p>
    <w:p>
      <w:pPr>
        <w:pStyle w:val="Compact"/>
      </w:pPr>
      <w:r>
        <w:rPr>
          <w:b/>
        </w:rPr>
        <w:t xml:space="preserve">Earlier selected projects: </w:t>
      </w:r>
      <w:r>
        <w:t>Hungarian Swimming Association (WordPress-to-Drupal migration and webshop), Finyoapp, CRM &amp; Billing System, Nemo Ingatlan, Wedu social platform and an Ubercart Drupal webshop.</w:t>
      </w:r>
    </w:p>
    <w:p>
      <w:pPr>
        <w:pStyle w:val="CVSection"/>
        <w:pBdr>
          <w:bottom w:val="single" w:sz="6" w:space="3" w:color="B9CCCC"/>
        </w:pBdr>
        <w:keepNext/>
        <w:keepLines/>
        <w:spacing w:before="40" w:after="30"/>
      </w:pPr>
      <w:r>
        <w:rPr>
          <w:b/>
        </w:rPr>
        <w:t>EDUCATION &amp; CERTIFICATIONS</w:t>
      </w:r>
    </w:p>
    <w:p>
      <w:pPr>
        <w:pStyle w:val="Compact"/>
      </w:pPr>
      <w:r>
        <w:rPr>
          <w:b/>
        </w:rPr>
        <w:t>Bachelor Degree - Computer Technologies, Programming Techniques &amp; Algorithms</w:t>
      </w:r>
      <w:r>
        <w:t xml:space="preserve"> | College of Nyíregyháza | 01/2008</w:t>
      </w:r>
    </w:p>
    <w:p>
      <w:pPr>
        <w:pStyle w:val="Compact"/>
      </w:pPr>
      <w:r>
        <w:rPr>
          <w:b/>
        </w:rPr>
        <w:t>CCNA Exploration - Networking &amp; LAN/WAN Management</w:t>
      </w:r>
      <w:r>
        <w:t xml:space="preserve"> | Cisco Academy | 01/2012 - 01/2013</w:t>
      </w:r>
    </w:p>
    <w:p>
      <w:pPr>
        <w:pStyle w:val="Compact"/>
      </w:pPr>
      <w:r>
        <w:rPr>
          <w:b/>
        </w:rPr>
        <w:t xml:space="preserve">LinkedIn Learning: </w:t>
      </w:r>
      <w:r>
        <w:t>TypeScript (11/2020), React.js (10/2020), webpack 4 (10/2020)</w:t>
      </w:r>
    </w:p>
    <w:sectPr w:rsidR="00FC693F" w:rsidRPr="0006063C" w:rsidSect="00034616">
      <w:pgSz w:w="11909" w:h="16834"/>
      <w:pgMar w:top="778" w:right="979" w:bottom="720" w:left="979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2" w:lineRule="auto"/>
    </w:pPr>
    <w:rPr>
      <w:rFonts w:ascii="Arial" w:hAnsi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40" w:line="254" w:lineRule="auto"/>
    </w:pPr>
    <w:rPr>
      <w:rFonts w:ascii="Arial" w:hAnsi="Arial"/>
      <w:color w:val="232323"/>
      <w:sz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ection">
    <w:name w:val="CV Section"/>
    <w:pPr>
      <w:spacing w:before="190" w:after="90"/>
    </w:pPr>
    <w:rPr>
      <w:rFonts w:ascii="Arial" w:hAnsi="Arial"/>
      <w:color w:val="1F5F61"/>
      <w:sz w:val="21"/>
    </w:rPr>
  </w:style>
  <w:style w:type="paragraph" w:customStyle="1" w:styleId="Company">
    <w:name w:val="Company"/>
    <w:pPr>
      <w:spacing w:before="100" w:after="42"/>
    </w:pPr>
    <w:rPr>
      <w:rFonts w:ascii="Arial" w:hAnsi="Arial"/>
      <w:color w:val="0F0F0F"/>
      <w:sz w:val="21"/>
    </w:rPr>
  </w:style>
  <w:style w:type="paragraph" w:customStyle="1" w:styleId="CompanyNote">
    <w:name w:val="Company Note"/>
    <w:pPr>
      <w:spacing w:after="28" w:line="245" w:lineRule="auto"/>
    </w:pPr>
    <w:rPr>
      <w:rFonts w:ascii="Arial" w:hAnsi="Arial"/>
      <w:i/>
      <w:color w:val="5A5A5A"/>
      <w:sz w:val="17"/>
    </w:rPr>
  </w:style>
  <w:style w:type="paragraph" w:customStyle="1" w:styleId="Role">
    <w:name w:val="Role"/>
    <w:pPr>
      <w:spacing w:after="42"/>
    </w:pPr>
    <w:rPr>
      <w:rFonts w:ascii="Arial" w:hAnsi="Arial"/>
      <w:color w:val="2D2D2D"/>
      <w:sz w:val="19"/>
    </w:rPr>
  </w:style>
  <w:style w:type="paragraph" w:customStyle="1" w:styleId="CVBullet">
    <w:name w:val="CV Bullet"/>
    <w:pPr>
      <w:spacing w:after="28" w:line="245" w:lineRule="auto"/>
      <w:ind w:left="259" w:hanging="173"/>
    </w:pPr>
    <w:rPr>
      <w:rFonts w:ascii="Arial" w:hAnsi="Arial"/>
      <w:color w:val="232323"/>
      <w:sz w:val="18"/>
    </w:rPr>
  </w:style>
  <w:style w:type="paragraph" w:customStyle="1" w:styleId="TechLine">
    <w:name w:val="Tech Line"/>
    <w:pPr>
      <w:spacing w:before="16" w:after="56" w:line="242" w:lineRule="auto"/>
    </w:pPr>
    <w:rPr>
      <w:rFonts w:ascii="Arial" w:hAnsi="Arial"/>
      <w:color w:val="464646"/>
      <w:sz w:val="17"/>
    </w:rPr>
  </w:style>
  <w:style w:type="paragraph" w:customStyle="1" w:styleId="Compact">
    <w:name w:val="Compact"/>
    <w:pPr>
      <w:spacing w:after="28" w:line="245" w:lineRule="auto"/>
    </w:pPr>
    <w:rPr>
      <w:rFonts w:ascii="Arial" w:hAnsi="Arial"/>
      <w:color w:val="232323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zolika42@gmail.com" TargetMode="External"/><Relationship Id="rId10" Type="http://schemas.openxmlformats.org/officeDocument/2006/relationships/hyperlink" Target="https://www.linkedin.com/in/sunnygambino" TargetMode="External"/><Relationship Id="rId11" Type="http://schemas.openxmlformats.org/officeDocument/2006/relationships/hyperlink" Target="https://github.com/zolika42" TargetMode="External"/><Relationship Id="rId12" Type="http://schemas.openxmlformats.org/officeDocument/2006/relationships/hyperlink" Target="https://github.com/zolika42/beyond2" TargetMode="External"/><Relationship Id="rId13" Type="http://schemas.openxmlformats.org/officeDocument/2006/relationships/hyperlink" Target="https://github.com/zolika42/godisittes" TargetMode="External"/><Relationship Id="rId14" Type="http://schemas.openxmlformats.org/officeDocument/2006/relationships/hyperlink" Target="https://github.com/zolika42/herculesBet" TargetMode="External"/><Relationship Id="rId15" Type="http://schemas.openxmlformats.org/officeDocument/2006/relationships/hyperlink" Target="https://github.com/zolika42/godisittes-crm" TargetMode="External"/><Relationship Id="rId16" Type="http://schemas.openxmlformats.org/officeDocument/2006/relationships/hyperlink" Target="https://lastspike.columbiagames.com/" TargetMode="External"/><Relationship Id="rId17" Type="http://schemas.openxmlformats.org/officeDocument/2006/relationships/hyperlink" Target="https://github.com/zolika42/last-spi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Zoltán Horváth - Senior Full-Stack Developer / Technical Lead CV</dc:title>
  <dc:subject>ATS-friendly executive technical CV</dc:subject>
  <dc:creator>Zoltán Horváth</dc:creator>
  <cp:keywords>Senior Full-Stack Developer, Technical Lead, Drupal, PHP, React, TypeScript, Quality Management, GitHub Actions, CI/CD, Docker, PageSpeed, Lighthouse, PWA, WebSockets, PostgreSQL, Cybersecurity, NIS2, DigitalOcean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